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/>
        <w:drawing>
          <wp:inline distB="0" distT="0" distL="0" distR="0">
            <wp:extent cx="2103120" cy="886227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3120" cy="8862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Dear Valued Client,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I’m excited to share this gift with you — the Cutco Pizza Cutter, a tool that’s as sturdy as it is fun to use. I’m giving you this lifetime quality gift because I truly value the lifelong relationship we’re building together.</w:t>
        <w:br w:type="textWrapping"/>
        <w:br w:type="textWrapping"/>
        <w:t xml:space="preserve">This fan favorite is designed for more than just pizza night:</w:t>
        <w:br w:type="textWrapping"/>
        <w:br w:type="textWrapping"/>
        <w:t xml:space="preserve">• Slice through thick or thin crust pizzas with ease.</w:t>
        <w:br w:type="textWrapping"/>
        <w:t xml:space="preserve">• Works great on quesadillas, cookie cakes, or flatbreads.</w:t>
        <w:br w:type="textWrapping"/>
        <w:t xml:space="preserve">• Large, durable blade stays sharp and resists wobbling.</w:t>
        <w:br w:type="textWrapping"/>
        <w:t xml:space="preserve">• Blade separates from the handle for easy cleaning, and it’s dishwasher safe.</w:t>
        <w:br w:type="textWrapping"/>
        <w:br w:type="textWrapping"/>
        <w:t xml:space="preserve">It’s one of those gifts that makes everyday meals just a little more fun. And like every piece of Cutco, it’s guaranteed forever, so you’ll enjoy it for a lifetime. This is another small way to remind you of my gratitude.</w:t>
        <w:br w:type="textWrapping"/>
        <w:br w:type="textWrapping"/>
        <w:t xml:space="preserve">Like all Cutco cutlery, it’s Made in the USA and guaranteed forever, so you’ll enjoy it for a lifetime. This is another small way to remind you of my gratitude.</w:t>
      </w:r>
    </w:p>
    <w:tbl>
      <w:tblPr>
        <w:tblStyle w:val="Table1"/>
        <w:tblW w:w="10080.0" w:type="dxa"/>
        <w:jc w:val="left"/>
        <w:tblInd w:w="-115.0" w:type="dxa"/>
        <w:tblLayout w:type="fixed"/>
        <w:tblLook w:val="0400"/>
      </w:tblPr>
      <w:tblGrid>
        <w:gridCol w:w="5040"/>
        <w:gridCol w:w="5040"/>
        <w:tblGridChange w:id="0">
          <w:tblGrid>
            <w:gridCol w:w="5040"/>
            <w:gridCol w:w="504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rPr>
                <w:rFonts w:ascii="Verdana" w:cs="Verdana" w:eastAsia="Verdana" w:hAnsi="Verdana"/>
                <w:color w:val="99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Warm regards,</w:t>
              <w:br w:type="textWrapping"/>
              <w:br w:type="textWrapping"/>
            </w:r>
            <w:r w:rsidDel="00000000" w:rsidR="00000000" w:rsidRPr="00000000">
              <w:rPr>
                <w:rFonts w:ascii="Verdana" w:cs="Verdana" w:eastAsia="Verdana" w:hAnsi="Verdana"/>
                <w:color w:val="990000"/>
                <w:sz w:val="24"/>
                <w:szCs w:val="24"/>
                <w:rtl w:val="0"/>
              </w:rPr>
              <w:t xml:space="preserve">Eric Chandler</w:t>
            </w:r>
          </w:p>
          <w:p w:rsidR="00000000" w:rsidDel="00000000" w:rsidP="00000000" w:rsidRDefault="00000000" w:rsidRPr="00000000" w14:paraId="00000006">
            <w:pPr>
              <w:spacing w:after="0" w:line="276" w:lineRule="auto"/>
              <w:rPr>
                <w:rFonts w:ascii="Verdana" w:cs="Verdana" w:eastAsia="Verdana" w:hAnsi="Verdana"/>
                <w:i w:val="1"/>
                <w:color w:val="666666"/>
              </w:rPr>
            </w:pPr>
            <w:r w:rsidDel="00000000" w:rsidR="00000000" w:rsidRPr="00000000">
              <w:rPr>
                <w:rFonts w:ascii="Verdana" w:cs="Verdana" w:eastAsia="Verdana" w:hAnsi="Verdana"/>
                <w:i w:val="1"/>
                <w:color w:val="666666"/>
                <w:rtl w:val="0"/>
              </w:rPr>
              <w:t xml:space="preserve">Founder / CEO</w:t>
            </w:r>
          </w:p>
          <w:p w:rsidR="00000000" w:rsidDel="00000000" w:rsidP="00000000" w:rsidRDefault="00000000" w:rsidRPr="00000000" w14:paraId="00000007">
            <w:pPr>
              <w:spacing w:after="0" w:line="276" w:lineRule="auto"/>
              <w:rPr>
                <w:rFonts w:ascii="Verdana" w:cs="Verdana" w:eastAsia="Verdana" w:hAnsi="Verdana"/>
                <w:color w:val="990000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990000"/>
                <w:sz w:val="20"/>
                <w:szCs w:val="20"/>
                <w:rtl w:val="0"/>
              </w:rPr>
              <w:t xml:space="preserve">Cutting Edge Gifts</w:t>
            </w:r>
          </w:p>
          <w:p w:rsidR="00000000" w:rsidDel="00000000" w:rsidP="00000000" w:rsidRDefault="00000000" w:rsidRPr="00000000" w14:paraId="00000008">
            <w:pPr>
              <w:spacing w:after="0" w:line="276" w:lineRule="auto"/>
              <w:rPr>
                <w:rFonts w:ascii="Verdana" w:cs="Verdana" w:eastAsia="Verdana" w:hAnsi="Verdana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666666"/>
                <w:sz w:val="20"/>
                <w:szCs w:val="20"/>
                <w:rtl w:val="0"/>
              </w:rPr>
              <w:t xml:space="preserve">1712 Foxwood Dr</w:t>
            </w:r>
          </w:p>
          <w:p w:rsidR="00000000" w:rsidDel="00000000" w:rsidP="00000000" w:rsidRDefault="00000000" w:rsidRPr="00000000" w14:paraId="00000009">
            <w:pPr>
              <w:spacing w:after="0" w:line="276" w:lineRule="auto"/>
              <w:rPr>
                <w:rFonts w:ascii="Verdana" w:cs="Verdana" w:eastAsia="Verdana" w:hAnsi="Verdana"/>
                <w:color w:val="666666"/>
                <w:sz w:val="20"/>
                <w:szCs w:val="20"/>
              </w:rPr>
            </w:pPr>
            <w:r w:rsidDel="00000000" w:rsidR="00000000" w:rsidRPr="00000000">
              <w:rPr>
                <w:rFonts w:ascii="Verdana" w:cs="Verdana" w:eastAsia="Verdana" w:hAnsi="Verdana"/>
                <w:color w:val="666666"/>
                <w:sz w:val="20"/>
                <w:szCs w:val="20"/>
                <w:rtl w:val="0"/>
              </w:rPr>
              <w:t xml:space="preserve">Garner, NC 27529</w:t>
            </w:r>
          </w:p>
          <w:p w:rsidR="00000000" w:rsidDel="00000000" w:rsidP="00000000" w:rsidRDefault="00000000" w:rsidRPr="00000000" w14:paraId="0000000A">
            <w:pPr>
              <w:spacing w:after="0" w:line="276" w:lineRule="auto"/>
              <w:rPr/>
            </w:pPr>
            <w:r w:rsidDel="00000000" w:rsidR="00000000" w:rsidRPr="00000000">
              <w:rPr>
                <w:rFonts w:ascii="Verdana" w:cs="Verdana" w:eastAsia="Verdana" w:hAnsi="Verdana"/>
                <w:color w:val="990000"/>
                <w:sz w:val="20"/>
                <w:szCs w:val="20"/>
                <w:rtl w:val="0"/>
              </w:rPr>
              <w:t xml:space="preserve">m: 336.437.2102</w:t>
            </w: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I look forward to working with you and friends you send my way for years to come.</w:t>
              <w:br w:type="textWrapping"/>
              <w:br w:type="textWrapping"/>
              <w:t xml:space="preserve">P.S. I'd really appreciate if you took a moment to click this QR code and leave a Google review for me — please and thank you.</w:t>
            </w:r>
          </w:p>
        </w:tc>
        <w:tc>
          <w:tcPr/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</w:r>
            <w:r w:rsidDel="00000000" w:rsidR="00000000" w:rsidRPr="00000000">
              <w:rPr/>
              <w:drawing>
                <wp:inline distB="0" distT="0" distL="0" distR="0">
                  <wp:extent cx="1645920" cy="1645920"/>
                  <wp:effectExtent b="0" l="0" r="0" t="0"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0" cy="16459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FC693F"/>
    <w:pPr>
      <w:keepNext w:val="1"/>
      <w:keepLines w:val="1"/>
      <w:spacing w:after="0" w:before="200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 w:val="1"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 w:val="1"/>
    <w:rsid w:val="00FC693F"/>
    <w:pPr>
      <w:spacing w:after="0" w:line="240" w:lineRule="auto"/>
    </w:pPr>
  </w:style>
  <w:style w:type="character" w:styleId="Heading1Char" w:customStyle="1">
    <w:name w:val="Heading 1 Char"/>
    <w:basedOn w:val="DefaultParagraphFont"/>
    <w:link w:val="Heading1"/>
    <w:uiPriority w:val="9"/>
    <w:rsid w:val="00FC693F"/>
    <w:rPr>
      <w:rFonts w:asciiTheme="majorHAnsi" w:cstheme="majorBidi" w:eastAsiaTheme="majorEastAsia" w:hAnsiTheme="majorHAnsi"/>
      <w:b w:val="1"/>
      <w:bCs w:val="1"/>
      <w:color w:val="365f91" w:themeColor="accent1" w:themeShade="0000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FC693F"/>
    <w:rPr>
      <w:rFonts w:asciiTheme="majorHAnsi" w:cstheme="majorBidi" w:eastAsiaTheme="majorEastAsia" w:hAnsiTheme="majorHAnsi"/>
      <w:b w:val="1"/>
      <w:bCs w:val="1"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rsid w:val="00FC693F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rsid w:val="00FC693F"/>
    <w:rPr>
      <w:rFonts w:asciiTheme="majorHAnsi" w:cstheme="majorBidi" w:eastAsiaTheme="majorEastAsia" w:hAnsiTheme="majorHAnsi"/>
      <w:i w:val="1"/>
      <w:iCs w:val="1"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FC693F"/>
    <w:pPr>
      <w:ind w:left="720"/>
      <w:contextualSpacing w:val="1"/>
    </w:pPr>
  </w:style>
  <w:style w:type="paragraph" w:styleId="BodyText">
    <w:name w:val="Body Text"/>
    <w:basedOn w:val="Normal"/>
    <w:link w:val="BodyTextChar"/>
    <w:uiPriority w:val="99"/>
    <w:unhideWhenUsed w:val="1"/>
    <w:rsid w:val="00AA1D8D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 w:val="1"/>
    <w:rsid w:val="00AA1D8D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 w:val="1"/>
    <w:rsid w:val="00AA1D8D"/>
    <w:pPr>
      <w:spacing w:after="120"/>
    </w:pPr>
    <w:rPr>
      <w:sz w:val="16"/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 w:val="1"/>
    <w:rsid w:val="00AA1D8D"/>
    <w:pPr>
      <w:ind w:left="360" w:hanging="360"/>
      <w:contextualSpacing w:val="1"/>
    </w:pPr>
  </w:style>
  <w:style w:type="paragraph" w:styleId="List2">
    <w:name w:val="List 2"/>
    <w:basedOn w:val="Normal"/>
    <w:uiPriority w:val="99"/>
    <w:unhideWhenUsed w:val="1"/>
    <w:rsid w:val="00326F90"/>
    <w:pPr>
      <w:ind w:left="720" w:hanging="360"/>
      <w:contextualSpacing w:val="1"/>
    </w:pPr>
  </w:style>
  <w:style w:type="paragraph" w:styleId="List3">
    <w:name w:val="List 3"/>
    <w:basedOn w:val="Normal"/>
    <w:uiPriority w:val="99"/>
    <w:unhideWhenUsed w:val="1"/>
    <w:rsid w:val="00326F90"/>
    <w:pPr>
      <w:ind w:left="1080" w:hanging="360"/>
      <w:contextualSpacing w:val="1"/>
    </w:pPr>
  </w:style>
  <w:style w:type="paragraph" w:styleId="ListBullet">
    <w:name w:val="List Bullet"/>
    <w:basedOn w:val="Normal"/>
    <w:uiPriority w:val="99"/>
    <w:unhideWhenUsed w:val="1"/>
    <w:rsid w:val="00326F90"/>
    <w:pPr>
      <w:numPr>
        <w:numId w:val="1"/>
      </w:numPr>
      <w:contextualSpacing w:val="1"/>
    </w:pPr>
  </w:style>
  <w:style w:type="paragraph" w:styleId="ListBullet2">
    <w:name w:val="List Bullet 2"/>
    <w:basedOn w:val="Normal"/>
    <w:uiPriority w:val="99"/>
    <w:unhideWhenUsed w:val="1"/>
    <w:rsid w:val="00326F90"/>
    <w:pPr>
      <w:numPr>
        <w:numId w:val="2"/>
      </w:numPr>
      <w:contextualSpacing w:val="1"/>
    </w:pPr>
  </w:style>
  <w:style w:type="paragraph" w:styleId="ListBullet3">
    <w:name w:val="List Bullet 3"/>
    <w:basedOn w:val="Normal"/>
    <w:uiPriority w:val="99"/>
    <w:unhideWhenUsed w:val="1"/>
    <w:rsid w:val="00326F90"/>
    <w:pPr>
      <w:numPr>
        <w:numId w:val="3"/>
      </w:numPr>
      <w:contextualSpacing w:val="1"/>
    </w:pPr>
  </w:style>
  <w:style w:type="paragraph" w:styleId="ListNumber">
    <w:name w:val="List Number"/>
    <w:basedOn w:val="Normal"/>
    <w:uiPriority w:val="99"/>
    <w:unhideWhenUsed w:val="1"/>
    <w:rsid w:val="00326F90"/>
    <w:pPr>
      <w:numPr>
        <w:numId w:val="5"/>
      </w:numPr>
      <w:contextualSpacing w:val="1"/>
    </w:pPr>
  </w:style>
  <w:style w:type="paragraph" w:styleId="ListNumber2">
    <w:name w:val="List Number 2"/>
    <w:basedOn w:val="Normal"/>
    <w:uiPriority w:val="99"/>
    <w:unhideWhenUsed w:val="1"/>
    <w:rsid w:val="0029639D"/>
    <w:pPr>
      <w:numPr>
        <w:numId w:val="6"/>
      </w:numPr>
      <w:contextualSpacing w:val="1"/>
    </w:pPr>
  </w:style>
  <w:style w:type="paragraph" w:styleId="ListNumber3">
    <w:name w:val="List Number 3"/>
    <w:basedOn w:val="Normal"/>
    <w:uiPriority w:val="99"/>
    <w:unhideWhenUsed w:val="1"/>
    <w:rsid w:val="0029639D"/>
    <w:pPr>
      <w:numPr>
        <w:numId w:val="7"/>
      </w:numPr>
      <w:contextualSpacing w:val="1"/>
    </w:pPr>
  </w:style>
  <w:style w:type="paragraph" w:styleId="ListContinue">
    <w:name w:val="List Continue"/>
    <w:basedOn w:val="Normal"/>
    <w:uiPriority w:val="99"/>
    <w:unhideWhenUsed w:val="1"/>
    <w:rsid w:val="0029639D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unhideWhenUsed w:val="1"/>
    <w:rsid w:val="0029639D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unhideWhenUsed w:val="1"/>
    <w:rsid w:val="0029639D"/>
    <w:pPr>
      <w:spacing w:after="120"/>
      <w:ind w:left="1080"/>
      <w:contextualSpacing w:val="1"/>
    </w:pPr>
  </w:style>
  <w:style w:type="paragraph" w:styleId="MacroText">
    <w:name w:val="macro"/>
    <w:link w:val="MacroTextChar"/>
    <w:uiPriority w:val="99"/>
    <w:unhideWhenUsed w:val="1"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 w:val="1"/>
    <w:rsid w:val="00FC693F"/>
    <w:rPr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FC693F"/>
    <w:rPr>
      <w:i w:val="1"/>
      <w:iCs w:val="1"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FC693F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FC693F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FC693F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FC693F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FC693F"/>
    <w:pPr>
      <w:spacing w:line="240" w:lineRule="auto"/>
    </w:pPr>
    <w:rPr>
      <w:b w:val="1"/>
      <w:bCs w:val="1"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 w:val="1"/>
    <w:rsid w:val="00FC693F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FC693F"/>
    <w:rPr>
      <w:i w:val="1"/>
      <w:iCs w:val="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FC693F"/>
    <w:pPr>
      <w:pBdr>
        <w:bottom w:color="4f81bd" w:space="4" w:sz="4" w:themeColor="accent1" w:val="single"/>
      </w:pBdr>
      <w:spacing w:after="280" w:before="200"/>
      <w:ind w:left="936" w:right="936"/>
    </w:pPr>
    <w:rPr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FC693F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FC693F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FC693F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FC693F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FC693F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FC693F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0000BF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8" w:themeColor="accent1" w:val="single"/>
          <w:left w:space="0" w:sz="0" w:val="nil"/>
          <w:bottom w:color="4f81b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0000BF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8" w:themeColor="accent2" w:val="single"/>
          <w:left w:space="0" w:sz="0" w:val="nil"/>
          <w:bottom w:color="c0504d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0000BF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8" w:themeColor="accent3" w:val="single"/>
          <w:left w:space="0" w:sz="0" w:val="nil"/>
          <w:bottom w:color="9bbb5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0000BF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8" w:themeColor="accent4" w:val="single"/>
          <w:left w:space="0" w:sz="0" w:val="nil"/>
          <w:bottom w:color="8064a2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0000BF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8" w:themeColor="accent5" w:val="single"/>
          <w:left w:space="0" w:sz="0" w:val="nil"/>
          <w:bottom w:color="4bacc6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0000BF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8" w:themeColor="accent6" w:val="single"/>
          <w:left w:space="0" w:sz="0" w:val="nil"/>
          <w:bottom w:color="f79646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1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6" w:themeColor="accent1" w:val="doub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H w:space="0" w:sz="0" w:val="nil"/>
          <w:insideV w:color="4f81b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</w:tcPr>
    </w:tblStylePr>
    <w:tblStylePr w:type="band1Vert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  <w:shd w:color="auto" w:fill="d3dfee" w:themeFill="accent1" w:themeFillTint="00003F" w:val="clear"/>
      </w:tcPr>
    </w:tblStylePr>
    <w:tblStylePr w:type="band2Horz">
      <w:tblPr/>
      <w:tcPr>
        <w:tcBorders>
          <w:top w:color="4f81bd" w:space="0" w:sz="8" w:themeColor="accent1" w:val="single"/>
          <w:left w:color="4f81bd" w:space="0" w:sz="8" w:themeColor="accent1" w:val="single"/>
          <w:bottom w:color="4f81bd" w:space="0" w:sz="8" w:themeColor="accent1" w:val="single"/>
          <w:right w:color="4f81bd" w:space="0" w:sz="8" w:themeColor="accent1" w:val="single"/>
          <w:insideV w:color="4f81bd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1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6" w:themeColor="accent2" w:val="doub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H w:space="0" w:sz="0" w:val="nil"/>
          <w:insideV w:color="c0504d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</w:tcPr>
    </w:tblStylePr>
    <w:tblStylePr w:type="band1Vert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  <w:shd w:color="auto" w:fill="efd3d2" w:themeFill="accent2" w:themeFillTint="00003F" w:val="clear"/>
      </w:tcPr>
    </w:tblStylePr>
    <w:tblStylePr w:type="band2Horz">
      <w:tblPr/>
      <w:tcPr>
        <w:tcBorders>
          <w:top w:color="c0504d" w:space="0" w:sz="8" w:themeColor="accent2" w:val="single"/>
          <w:left w:color="c0504d" w:space="0" w:sz="8" w:themeColor="accent2" w:val="single"/>
          <w:bottom w:color="c0504d" w:space="0" w:sz="8" w:themeColor="accent2" w:val="single"/>
          <w:right w:color="c0504d" w:space="0" w:sz="8" w:themeColor="accent2" w:val="single"/>
          <w:insideV w:color="c0504d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1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6" w:themeColor="accent3" w:val="doub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H w:space="0" w:sz="0" w:val="nil"/>
          <w:insideV w:color="9bbb5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</w:tcPr>
    </w:tblStylePr>
    <w:tblStylePr w:type="band1Vert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  <w:shd w:color="auto" w:fill="e6eed5" w:themeFill="accent3" w:themeFillTint="00003F" w:val="clear"/>
      </w:tcPr>
    </w:tblStylePr>
    <w:tblStylePr w:type="band2Horz">
      <w:tblPr/>
      <w:tcPr>
        <w:tcBorders>
          <w:top w:color="9bbb59" w:space="0" w:sz="8" w:themeColor="accent3" w:val="single"/>
          <w:left w:color="9bbb59" w:space="0" w:sz="8" w:themeColor="accent3" w:val="single"/>
          <w:bottom w:color="9bbb59" w:space="0" w:sz="8" w:themeColor="accent3" w:val="single"/>
          <w:right w:color="9bbb59" w:space="0" w:sz="8" w:themeColor="accent3" w:val="single"/>
          <w:insideV w:color="9bbb5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1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6" w:themeColor="accent4" w:val="doub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H w:space="0" w:sz="0" w:val="nil"/>
          <w:insideV w:color="8064a2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</w:tcPr>
    </w:tblStylePr>
    <w:tblStylePr w:type="band1Vert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  <w:shd w:color="auto" w:fill="dfd8e8" w:themeFill="accent4" w:themeFillTint="00003F" w:val="clear"/>
      </w:tcPr>
    </w:tblStylePr>
    <w:tblStylePr w:type="band2Horz">
      <w:tblPr/>
      <w:tcPr>
        <w:tcBorders>
          <w:top w:color="8064a2" w:space="0" w:sz="8" w:themeColor="accent4" w:val="single"/>
          <w:left w:color="8064a2" w:space="0" w:sz="8" w:themeColor="accent4" w:val="single"/>
          <w:bottom w:color="8064a2" w:space="0" w:sz="8" w:themeColor="accent4" w:val="single"/>
          <w:right w:color="8064a2" w:space="0" w:sz="8" w:themeColor="accent4" w:val="single"/>
          <w:insideV w:color="8064a2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1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6" w:themeColor="accent5" w:val="doub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H w:space="0" w:sz="0" w:val="nil"/>
          <w:insideV w:color="4bacc6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</w:tcPr>
    </w:tblStylePr>
    <w:tblStylePr w:type="band1Vert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  <w:shd w:color="auto" w:fill="d2eaf1" w:themeFill="accent5" w:themeFillTint="00003F" w:val="clear"/>
      </w:tcPr>
    </w:tblStylePr>
    <w:tblStylePr w:type="band2Horz">
      <w:tblPr/>
      <w:tcPr>
        <w:tcBorders>
          <w:top w:color="4bacc6" w:space="0" w:sz="8" w:themeColor="accent5" w:val="single"/>
          <w:left w:color="4bacc6" w:space="0" w:sz="8" w:themeColor="accent5" w:val="single"/>
          <w:bottom w:color="4bacc6" w:space="0" w:sz="8" w:themeColor="accent5" w:val="single"/>
          <w:right w:color="4bacc6" w:space="0" w:sz="8" w:themeColor="accent5" w:val="single"/>
          <w:insideV w:color="4bacc6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1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6" w:themeColor="accent6" w:val="doub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H w:space="0" w:sz="0" w:val="nil"/>
          <w:insideV w:color="f79646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</w:tcPr>
    </w:tblStylePr>
    <w:tblStylePr w:type="band1Vert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  <w:shd w:color="auto" w:fill="fde4d0" w:themeFill="accent6" w:themeFillTint="00003F" w:val="clear"/>
      </w:tcPr>
    </w:tblStylePr>
    <w:tblStylePr w:type="band2Horz">
      <w:tblPr/>
      <w:tcPr>
        <w:tcBorders>
          <w:top w:color="f79646" w:space="0" w:sz="8" w:themeColor="accent6" w:val="single"/>
          <w:left w:color="f79646" w:space="0" w:sz="8" w:themeColor="accent6" w:val="single"/>
          <w:bottom w:color="f79646" w:space="0" w:sz="8" w:themeColor="accent6" w:val="single"/>
          <w:right w:color="f79646" w:space="0" w:sz="8" w:themeColor="accent6" w:val="single"/>
          <w:insideV w:color="f79646" w:space="0" w:sz="8" w:themeColor="accent6" w:val="single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ba0cd" w:space="0" w:sz="8" w:themeColor="accent1" w:themeTint="0000BF" w:val="sing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ba0cd" w:space="0" w:sz="6" w:themeColor="accent1" w:themeTint="0000BF" w:val="double"/>
          <w:left w:color="7ba0cd" w:space="0" w:sz="8" w:themeColor="accent1" w:themeTint="0000BF" w:val="single"/>
          <w:bottom w:color="7ba0cd" w:space="0" w:sz="8" w:themeColor="accent1" w:themeTint="0000BF" w:val="single"/>
          <w:right w:color="7ba0cd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cf7b79" w:space="0" w:sz="8" w:themeColor="accent2" w:themeTint="0000BF" w:val="sing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cf7b79" w:space="0" w:sz="6" w:themeColor="accent2" w:themeTint="0000BF" w:val="double"/>
          <w:left w:color="cf7b79" w:space="0" w:sz="8" w:themeColor="accent2" w:themeTint="0000BF" w:val="single"/>
          <w:bottom w:color="cf7b79" w:space="0" w:sz="8" w:themeColor="accent2" w:themeTint="0000BF" w:val="single"/>
          <w:right w:color="cf7b79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b3cc82" w:space="0" w:sz="8" w:themeColor="accent3" w:themeTint="0000BF" w:val="sing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b3cc82" w:space="0" w:sz="6" w:themeColor="accent3" w:themeTint="0000BF" w:val="double"/>
          <w:left w:color="b3cc82" w:space="0" w:sz="8" w:themeColor="accent3" w:themeTint="0000BF" w:val="single"/>
          <w:bottom w:color="b3cc82" w:space="0" w:sz="8" w:themeColor="accent3" w:themeTint="0000BF" w:val="single"/>
          <w:right w:color="b3cc82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9f8ab9" w:space="0" w:sz="8" w:themeColor="accent4" w:themeTint="0000BF" w:val="sing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9f8ab9" w:space="0" w:sz="6" w:themeColor="accent4" w:themeTint="0000BF" w:val="double"/>
          <w:left w:color="9f8ab9" w:space="0" w:sz="8" w:themeColor="accent4" w:themeTint="0000BF" w:val="single"/>
          <w:bottom w:color="9f8ab9" w:space="0" w:sz="8" w:themeColor="accent4" w:themeTint="0000BF" w:val="single"/>
          <w:right w:color="9f8ab9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8c0d4" w:space="0" w:sz="8" w:themeColor="accent5" w:themeTint="0000BF" w:val="sing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8c0d4" w:space="0" w:sz="6" w:themeColor="accent5" w:themeTint="0000BF" w:val="double"/>
          <w:left w:color="78c0d4" w:space="0" w:sz="8" w:themeColor="accent5" w:themeTint="0000BF" w:val="single"/>
          <w:bottom w:color="78c0d4" w:space="0" w:sz="8" w:themeColor="accent5" w:themeTint="0000BF" w:val="single"/>
          <w:right w:color="78c0d4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9b074" w:space="0" w:sz="8" w:themeColor="accent6" w:themeTint="0000BF" w:val="sing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9b074" w:space="0" w:sz="6" w:themeColor="accent6" w:themeTint="0000BF" w:val="double"/>
          <w:left w:color="f9b074" w:space="0" w:sz="8" w:themeColor="accent6" w:themeTint="0000BF" w:val="single"/>
          <w:bottom w:color="f9b074" w:space="0" w:sz="8" w:themeColor="accent6" w:themeTint="0000BF" w:val="single"/>
          <w:right w:color="f9b074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bottom w:color="4f81b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81bd" w:space="0" w:sz="8" w:themeColor="accent1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81bd" w:space="0" w:sz="8" w:themeColor="accent1" w:val="single"/>
          <w:bottom w:color="4f81bd" w:space="0" w:sz="8" w:themeColor="accent1" w:val="single"/>
        </w:tcBorders>
      </w:tcPr>
    </w:tblStylePr>
    <w:tblStylePr w:type="band1Vert">
      <w:tblPr/>
      <w:tcPr>
        <w:shd w:color="auto" w:fill="d3dfee" w:themeFill="accent1" w:themeFillTint="00003F" w:val="clear"/>
      </w:tcPr>
    </w:tblStylePr>
    <w:tblStylePr w:type="band1Horz">
      <w:tblPr/>
      <w:tcPr>
        <w:shd w:color="auto" w:fill="d3dfee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bottom w:color="c0504d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c0504d" w:space="0" w:sz="8" w:themeColor="accent2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c0504d" w:space="0" w:sz="8" w:themeColor="accent2" w:val="single"/>
          <w:bottom w:color="c0504d" w:space="0" w:sz="8" w:themeColor="accent2" w:val="single"/>
        </w:tcBorders>
      </w:tcPr>
    </w:tblStylePr>
    <w:tblStylePr w:type="band1Vert">
      <w:tblPr/>
      <w:tcPr>
        <w:shd w:color="auto" w:fill="efd3d2" w:themeFill="accent2" w:themeFillTint="00003F" w:val="clear"/>
      </w:tcPr>
    </w:tblStylePr>
    <w:tblStylePr w:type="band1Horz">
      <w:tblPr/>
      <w:tcPr>
        <w:shd w:color="auto" w:fill="efd3d2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bottom w:color="9bbb5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9bbb59" w:space="0" w:sz="8" w:themeColor="accent3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9bbb59" w:space="0" w:sz="8" w:themeColor="accent3" w:val="single"/>
          <w:bottom w:color="9bbb59" w:space="0" w:sz="8" w:themeColor="accent3" w:val="single"/>
        </w:tcBorders>
      </w:tcPr>
    </w:tblStylePr>
    <w:tblStylePr w:type="band1Vert">
      <w:tblPr/>
      <w:tcPr>
        <w:shd w:color="auto" w:fill="e6eed5" w:themeFill="accent3" w:themeFillTint="00003F" w:val="clear"/>
      </w:tcPr>
    </w:tblStylePr>
    <w:tblStylePr w:type="band1Horz">
      <w:tblPr/>
      <w:tcPr>
        <w:shd w:color="auto" w:fill="e6eed5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bottom w:color="8064a2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064a2" w:space="0" w:sz="8" w:themeColor="accent4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064a2" w:space="0" w:sz="8" w:themeColor="accent4" w:val="single"/>
          <w:bottom w:color="8064a2" w:space="0" w:sz="8" w:themeColor="accent4" w:val="single"/>
        </w:tcBorders>
      </w:tcPr>
    </w:tblStylePr>
    <w:tblStylePr w:type="band1Vert">
      <w:tblPr/>
      <w:tcPr>
        <w:shd w:color="auto" w:fill="dfd8e8" w:themeFill="accent4" w:themeFillTint="00003F" w:val="clear"/>
      </w:tcPr>
    </w:tblStylePr>
    <w:tblStylePr w:type="band1Horz">
      <w:tblPr/>
      <w:tcPr>
        <w:shd w:color="auto" w:fill="dfd8e8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bottom w:color="4bacc6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bacc6" w:space="0" w:sz="8" w:themeColor="accent5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bacc6" w:space="0" w:sz="8" w:themeColor="accent5" w:val="single"/>
          <w:bottom w:color="4bacc6" w:space="0" w:sz="8" w:themeColor="accent5" w:val="single"/>
        </w:tcBorders>
      </w:tcPr>
    </w:tblStylePr>
    <w:tblStylePr w:type="band1Vert">
      <w:tblPr/>
      <w:tcPr>
        <w:shd w:color="auto" w:fill="d2eaf1" w:themeFill="accent5" w:themeFillTint="00003F" w:val="clear"/>
      </w:tcPr>
    </w:tblStylePr>
    <w:tblStylePr w:type="band1Horz">
      <w:tblPr/>
      <w:tcPr>
        <w:shd w:color="auto" w:fill="d2eaf1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bottom w:color="f79646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79646" w:space="0" w:sz="8" w:themeColor="accent6" w:val="single"/>
        </w:tcBorders>
      </w:tcPr>
    </w:tblStylePr>
    <w:tblStylePr w:type="lastRow">
      <w:rPr>
        <w:b w:val="1"/>
        <w:bCs w:val="1"/>
        <w:color w:val="1f497d" w:themeColor="text2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79646" w:space="0" w:sz="8" w:themeColor="accent6" w:val="single"/>
          <w:bottom w:color="f79646" w:space="0" w:sz="8" w:themeColor="accent6" w:val="single"/>
        </w:tcBorders>
      </w:tcPr>
    </w:tblStylePr>
    <w:tblStylePr w:type="band1Vert">
      <w:tblPr/>
      <w:tcPr>
        <w:shd w:color="auto" w:fill="fde4d0" w:themeFill="accent6" w:themeFillTint="00003F" w:val="clear"/>
      </w:tcPr>
    </w:tblStylePr>
    <w:tblStylePr w:type="band1Horz">
      <w:tblPr/>
      <w:tcPr>
        <w:shd w:color="auto" w:fill="fde4d0" w:themeFill="accent6" w:themeFillTint="00003F" w:val="clear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000000" w:space="0" w:sz="8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81b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f81bd" w:space="0" w:sz="8" w:themeColor="accen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81b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81b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c0504d" w:space="0" w:sz="8" w:themeColor="accent2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c0504d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c0504d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9bbb59" w:space="0" w:sz="8" w:themeColor="accent3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9bbb5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9bbb5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8064a2" w:space="0" w:sz="8" w:themeColor="accent4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064a2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064a2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4bacc6" w:space="0" w:sz="8" w:themeColor="accent5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bacc6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bacc6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color="f79646" w:space="0" w:sz="8" w:themeColor="accent6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79646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79646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ba0cd" w:space="0" w:sz="8" w:themeColor="accent1" w:themeTint="0000BF" w:val="single"/>
        <w:left w:color="7ba0cd" w:space="0" w:sz="8" w:themeColor="accent1" w:themeTint="0000BF" w:val="single"/>
        <w:bottom w:color="7ba0cd" w:space="0" w:sz="8" w:themeColor="accent1" w:themeTint="0000BF" w:val="single"/>
        <w:right w:color="7ba0cd" w:space="0" w:sz="8" w:themeColor="accent1" w:themeTint="0000BF" w:val="single"/>
        <w:insideH w:color="7ba0cd" w:space="0" w:sz="8" w:themeColor="accent1" w:themeTint="0000BF" w:val="single"/>
        <w:insideV w:color="7ba0cd" w:space="0" w:sz="8" w:themeColor="accent1" w:themeTint="0000BF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ba0cd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cf7b79" w:space="0" w:sz="8" w:themeColor="accent2" w:themeTint="0000BF" w:val="single"/>
        <w:left w:color="cf7b79" w:space="0" w:sz="8" w:themeColor="accent2" w:themeTint="0000BF" w:val="single"/>
        <w:bottom w:color="cf7b79" w:space="0" w:sz="8" w:themeColor="accent2" w:themeTint="0000BF" w:val="single"/>
        <w:right w:color="cf7b79" w:space="0" w:sz="8" w:themeColor="accent2" w:themeTint="0000BF" w:val="single"/>
        <w:insideH w:color="cf7b79" w:space="0" w:sz="8" w:themeColor="accent2" w:themeTint="0000BF" w:val="single"/>
        <w:insideV w:color="cf7b79" w:space="0" w:sz="8" w:themeColor="accent2" w:themeTint="0000BF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cf7b79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b3cc82" w:space="0" w:sz="8" w:themeColor="accent3" w:themeTint="0000BF" w:val="single"/>
        <w:left w:color="b3cc82" w:space="0" w:sz="8" w:themeColor="accent3" w:themeTint="0000BF" w:val="single"/>
        <w:bottom w:color="b3cc82" w:space="0" w:sz="8" w:themeColor="accent3" w:themeTint="0000BF" w:val="single"/>
        <w:right w:color="b3cc82" w:space="0" w:sz="8" w:themeColor="accent3" w:themeTint="0000BF" w:val="single"/>
        <w:insideH w:color="b3cc82" w:space="0" w:sz="8" w:themeColor="accent3" w:themeTint="0000BF" w:val="single"/>
        <w:insideV w:color="b3cc82" w:space="0" w:sz="8" w:themeColor="accent3" w:themeTint="0000BF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3cc82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9f8ab9" w:space="0" w:sz="8" w:themeColor="accent4" w:themeTint="0000BF" w:val="single"/>
        <w:left w:color="9f8ab9" w:space="0" w:sz="8" w:themeColor="accent4" w:themeTint="0000BF" w:val="single"/>
        <w:bottom w:color="9f8ab9" w:space="0" w:sz="8" w:themeColor="accent4" w:themeTint="0000BF" w:val="single"/>
        <w:right w:color="9f8ab9" w:space="0" w:sz="8" w:themeColor="accent4" w:themeTint="0000BF" w:val="single"/>
        <w:insideH w:color="9f8ab9" w:space="0" w:sz="8" w:themeColor="accent4" w:themeTint="0000BF" w:val="single"/>
        <w:insideV w:color="9f8ab9" w:space="0" w:sz="8" w:themeColor="accent4" w:themeTint="0000BF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9f8ab9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78c0d4" w:space="0" w:sz="8" w:themeColor="accent5" w:themeTint="0000BF" w:val="single"/>
        <w:left w:color="78c0d4" w:space="0" w:sz="8" w:themeColor="accent5" w:themeTint="0000BF" w:val="single"/>
        <w:bottom w:color="78c0d4" w:space="0" w:sz="8" w:themeColor="accent5" w:themeTint="0000BF" w:val="single"/>
        <w:right w:color="78c0d4" w:space="0" w:sz="8" w:themeColor="accent5" w:themeTint="0000BF" w:val="single"/>
        <w:insideH w:color="78c0d4" w:space="0" w:sz="8" w:themeColor="accent5" w:themeTint="0000BF" w:val="single"/>
        <w:insideV w:color="78c0d4" w:space="0" w:sz="8" w:themeColor="accent5" w:themeTint="0000BF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8c0d4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color="f9b074" w:space="0" w:sz="8" w:themeColor="accent6" w:themeTint="0000BF" w:val="single"/>
        <w:left w:color="f9b074" w:space="0" w:sz="8" w:themeColor="accent6" w:themeTint="0000BF" w:val="single"/>
        <w:bottom w:color="f9b074" w:space="0" w:sz="8" w:themeColor="accent6" w:themeTint="0000BF" w:val="single"/>
        <w:right w:color="f9b074" w:space="0" w:sz="8" w:themeColor="accent6" w:themeTint="0000BF" w:val="single"/>
        <w:insideH w:color="f9b074" w:space="0" w:sz="8" w:themeColor="accent6" w:themeTint="0000BF" w:val="single"/>
        <w:insideV w:color="f9b074" w:space="0" w:sz="8" w:themeColor="accent6" w:themeTint="0000BF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9b074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81bd" w:space="0" w:sz="8" w:themeColor="accent1" w:val="single"/>
        <w:left w:color="4f81bd" w:space="0" w:sz="8" w:themeColor="accent1" w:val="single"/>
        <w:bottom w:color="4f81bd" w:space="0" w:sz="8" w:themeColor="accent1" w:val="single"/>
        <w:right w:color="4f81bd" w:space="0" w:sz="8" w:themeColor="accent1" w:val="single"/>
        <w:insideH w:color="4f81bd" w:space="0" w:sz="8" w:themeColor="accent1" w:val="single"/>
        <w:insideV w:color="4f81bd" w:space="0" w:sz="8" w:themeColor="accent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2f8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e5f1" w:themeFill="accent1" w:themeFillTint="000033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tcBorders>
          <w:insideH w:color="4f81bd" w:space="0" w:sz="6" w:themeColor="accent1" w:val="single"/>
          <w:insideV w:color="4f81bd" w:space="0" w:sz="6" w:themeColor="accent1" w:val="single"/>
        </w:tcBorders>
        <w:shd w:color="auto" w:fill="a7bfde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c0504d" w:space="0" w:sz="8" w:themeColor="accent2" w:val="single"/>
        <w:left w:color="c0504d" w:space="0" w:sz="8" w:themeColor="accent2" w:val="single"/>
        <w:bottom w:color="c0504d" w:space="0" w:sz="8" w:themeColor="accent2" w:val="single"/>
        <w:right w:color="c0504d" w:space="0" w:sz="8" w:themeColor="accent2" w:val="single"/>
        <w:insideH w:color="c0504d" w:space="0" w:sz="8" w:themeColor="accent2" w:val="single"/>
        <w:insideV w:color="c0504d" w:space="0" w:sz="8" w:themeColor="accent2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8eded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dbdb" w:themeFill="accent2" w:themeFillTint="000033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tcBorders>
          <w:insideH w:color="c0504d" w:space="0" w:sz="6" w:themeColor="accent2" w:val="single"/>
          <w:insideV w:color="c0504d" w:space="0" w:sz="6" w:themeColor="accent2" w:val="single"/>
        </w:tcBorders>
        <w:shd w:color="auto" w:fill="dfa7a6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9bbb59" w:space="0" w:sz="8" w:themeColor="accent3" w:val="single"/>
        <w:left w:color="9bbb59" w:space="0" w:sz="8" w:themeColor="accent3" w:val="single"/>
        <w:bottom w:color="9bbb59" w:space="0" w:sz="8" w:themeColor="accent3" w:val="single"/>
        <w:right w:color="9bbb59" w:space="0" w:sz="8" w:themeColor="accent3" w:val="single"/>
        <w:insideH w:color="9bbb59" w:space="0" w:sz="8" w:themeColor="accent3" w:val="single"/>
        <w:insideV w:color="9bbb59" w:space="0" w:sz="8" w:themeColor="accent3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5f8ee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af1dd" w:themeFill="accent3" w:themeFillTint="000033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tcBorders>
          <w:insideH w:color="9bbb59" w:space="0" w:sz="6" w:themeColor="accent3" w:val="single"/>
          <w:insideV w:color="9bbb59" w:space="0" w:sz="6" w:themeColor="accent3" w:val="single"/>
        </w:tcBorders>
        <w:shd w:color="auto" w:fill="cdddac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8064a2" w:space="0" w:sz="8" w:themeColor="accent4" w:val="single"/>
        <w:left w:color="8064a2" w:space="0" w:sz="8" w:themeColor="accent4" w:val="single"/>
        <w:bottom w:color="8064a2" w:space="0" w:sz="8" w:themeColor="accent4" w:val="single"/>
        <w:right w:color="8064a2" w:space="0" w:sz="8" w:themeColor="accent4" w:val="single"/>
        <w:insideH w:color="8064a2" w:space="0" w:sz="8" w:themeColor="accent4" w:val="single"/>
        <w:insideV w:color="8064a2" w:space="0" w:sz="8" w:themeColor="accent4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2eff6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dfec" w:themeFill="accent4" w:themeFillTint="000033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tcBorders>
          <w:insideH w:color="8064a2" w:space="0" w:sz="6" w:themeColor="accent4" w:val="single"/>
          <w:insideV w:color="8064a2" w:space="0" w:sz="6" w:themeColor="accent4" w:val="single"/>
        </w:tcBorders>
        <w:shd w:color="auto" w:fill="bfb1d0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bacc6" w:space="0" w:sz="8" w:themeColor="accent5" w:val="single"/>
        <w:left w:color="4bacc6" w:space="0" w:sz="8" w:themeColor="accent5" w:val="single"/>
        <w:bottom w:color="4bacc6" w:space="0" w:sz="8" w:themeColor="accent5" w:val="single"/>
        <w:right w:color="4bacc6" w:space="0" w:sz="8" w:themeColor="accent5" w:val="single"/>
        <w:insideH w:color="4bacc6" w:space="0" w:sz="8" w:themeColor="accent5" w:val="single"/>
        <w:insideV w:color="4bacc6" w:space="0" w:sz="8" w:themeColor="accent5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f6f9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aeef3" w:themeFill="accent5" w:themeFillTint="000033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tcBorders>
          <w:insideH w:color="4bacc6" w:space="0" w:sz="6" w:themeColor="accent5" w:val="single"/>
          <w:insideV w:color="4bacc6" w:space="0" w:sz="6" w:themeColor="accent5" w:val="single"/>
        </w:tcBorders>
        <w:shd w:color="auto" w:fill="a5d5e2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79646" w:space="0" w:sz="8" w:themeColor="accent6" w:val="single"/>
        <w:left w:color="f79646" w:space="0" w:sz="8" w:themeColor="accent6" w:val="single"/>
        <w:bottom w:color="f79646" w:space="0" w:sz="8" w:themeColor="accent6" w:val="single"/>
        <w:right w:color="f79646" w:space="0" w:sz="8" w:themeColor="accent6" w:val="single"/>
        <w:insideH w:color="f79646" w:space="0" w:sz="8" w:themeColor="accent6" w:val="single"/>
        <w:insideV w:color="f79646" w:space="0" w:sz="8" w:themeColor="accent6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ef4ec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9d9" w:themeFill="accent6" w:themeFillTint="000033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tcBorders>
          <w:insideH w:color="f79646" w:space="0" w:sz="6" w:themeColor="accent6" w:val="single"/>
          <w:insideV w:color="f79646" w:space="0" w:sz="6" w:themeColor="accent6" w:val="single"/>
        </w:tcBorders>
        <w:shd w:color="auto" w:fill="fbcaa2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3dfe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81b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81b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7bfde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7bfde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fd3d2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c0504d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504d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dfa7a6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dfa7a6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6eed5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9bbb5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bbb5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dddac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dddac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fd8e8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064a2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064a2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bfb1d0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bfb1d0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eaf1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bacc6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bacc6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5d5e2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5d5e2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de4d0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79646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79646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bcaa2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bcaa2" w:themeFill="accent6" w:themeFillTint="00007F" w:val="clear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f81b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43f60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65f91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c0504d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22423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3634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9bbb5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e6128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923c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064a2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f3151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f497a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bacc6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5867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849b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79646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4706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36c0a" w:themeFill="accent6" w:themeFillShade="0000BF" w:val="clear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4f81bd" w:space="0" w:sz="4" w:themeColor="accent1" w:val="single"/>
        <w:bottom w:color="4f81bd" w:space="0" w:sz="4" w:themeColor="accent1" w:val="single"/>
        <w:right w:color="4f81b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2f8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c4c7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c4c74" w:space="0" w:sz="4" w:themeColor="accent1" w:themeShade="000099" w:val="single"/>
          <w:insideV w:space="0" w:sz="0" w:val="nil"/>
        </w:tcBorders>
        <w:shd w:color="auto" w:fill="2c4c7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c4c74" w:themeFill="accent1" w:themeFillShade="000099" w:val="clear"/>
      </w:tcPr>
    </w:tblStylePr>
    <w:tblStylePr w:type="band1Vert">
      <w:tblPr/>
      <w:tcPr>
        <w:shd w:color="auto" w:fill="b8cce4" w:themeFill="accent1" w:themeFillTint="000066" w:val="clear"/>
      </w:tcPr>
    </w:tblStylePr>
    <w:tblStylePr w:type="band1Horz">
      <w:tblPr/>
      <w:tcPr>
        <w:shd w:color="auto" w:fill="a7bfde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c0504d" w:space="0" w:sz="24" w:themeColor="accent2" w:val="single"/>
        <w:left w:color="c0504d" w:space="0" w:sz="4" w:themeColor="accent2" w:val="single"/>
        <w:bottom w:color="c0504d" w:space="0" w:sz="4" w:themeColor="accent2" w:val="single"/>
        <w:right w:color="c0504d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8eded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c0504d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772c2a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772c2a" w:space="0" w:sz="4" w:themeColor="accent2" w:themeShade="000099" w:val="single"/>
          <w:insideV w:space="0" w:sz="0" w:val="nil"/>
        </w:tcBorders>
        <w:shd w:color="auto" w:fill="772c2a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72c2a" w:themeFill="accent2" w:themeFillShade="000099" w:val="clear"/>
      </w:tcPr>
    </w:tblStylePr>
    <w:tblStylePr w:type="band1Vert">
      <w:tblPr/>
      <w:tcPr>
        <w:shd w:color="auto" w:fill="e5b8b7" w:themeFill="accent2" w:themeFillTint="000066" w:val="clear"/>
      </w:tcPr>
    </w:tblStylePr>
    <w:tblStylePr w:type="band1Horz">
      <w:tblPr/>
      <w:tcPr>
        <w:shd w:color="auto" w:fill="dfa7a6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064a2" w:space="0" w:sz="24" w:themeColor="accent4" w:val="single"/>
        <w:left w:color="9bbb59" w:space="0" w:sz="4" w:themeColor="accent3" w:val="single"/>
        <w:bottom w:color="9bbb59" w:space="0" w:sz="4" w:themeColor="accent3" w:val="single"/>
        <w:right w:color="9bbb5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5f8ee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064a2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e753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e7530" w:space="0" w:sz="4" w:themeColor="accent3" w:themeShade="000099" w:val="single"/>
          <w:insideV w:space="0" w:sz="0" w:val="nil"/>
        </w:tcBorders>
        <w:shd w:color="auto" w:fill="5e753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e7530" w:themeFill="accent3" w:themeFillShade="000099" w:val="clear"/>
      </w:tcPr>
    </w:tblStylePr>
    <w:tblStylePr w:type="band1Vert">
      <w:tblPr/>
      <w:tcPr>
        <w:shd w:color="auto" w:fill="d6e3bc" w:themeFill="accent3" w:themeFillTint="000066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9bbb59" w:space="0" w:sz="24" w:themeColor="accent3" w:val="single"/>
        <w:left w:color="8064a2" w:space="0" w:sz="4" w:themeColor="accent4" w:val="single"/>
        <w:bottom w:color="8064a2" w:space="0" w:sz="4" w:themeColor="accent4" w:val="single"/>
        <w:right w:color="8064a2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2eff6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9bbb5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4c3b6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4c3b62" w:space="0" w:sz="4" w:themeColor="accent4" w:themeShade="000099" w:val="single"/>
          <w:insideV w:space="0" w:sz="0" w:val="nil"/>
        </w:tcBorders>
        <w:shd w:color="auto" w:fill="4c3b6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c3b62" w:themeFill="accent4" w:themeFillShade="000099" w:val="clear"/>
      </w:tcPr>
    </w:tblStylePr>
    <w:tblStylePr w:type="band1Vert">
      <w:tblPr/>
      <w:tcPr>
        <w:shd w:color="auto" w:fill="ccc0d9" w:themeFill="accent4" w:themeFillTint="000066" w:val="clear"/>
      </w:tcPr>
    </w:tblStylePr>
    <w:tblStylePr w:type="band1Horz">
      <w:tblPr/>
      <w:tcPr>
        <w:shd w:color="auto" w:fill="bfb1d0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79646" w:space="0" w:sz="24" w:themeColor="accent6" w:val="single"/>
        <w:left w:color="4bacc6" w:space="0" w:sz="4" w:themeColor="accent5" w:val="single"/>
        <w:bottom w:color="4bacc6" w:space="0" w:sz="4" w:themeColor="accent5" w:val="single"/>
        <w:right w:color="4bacc6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f6f9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79646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6a7c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6a7c" w:space="0" w:sz="4" w:themeColor="accent5" w:themeShade="000099" w:val="single"/>
          <w:insideV w:space="0" w:sz="0" w:val="nil"/>
        </w:tcBorders>
        <w:shd w:color="auto" w:fill="276a7c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6a7c" w:themeFill="accent5" w:themeFillShade="000099" w:val="clear"/>
      </w:tcPr>
    </w:tblStylePr>
    <w:tblStylePr w:type="band1Vert">
      <w:tblPr/>
      <w:tcPr>
        <w:shd w:color="auto" w:fill="b6dde8" w:themeFill="accent5" w:themeFillTint="000066" w:val="clear"/>
      </w:tcPr>
    </w:tblStylePr>
    <w:tblStylePr w:type="band1Horz">
      <w:tblPr/>
      <w:tcPr>
        <w:shd w:color="auto" w:fill="a5d5e2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bacc6" w:space="0" w:sz="24" w:themeColor="accent5" w:val="single"/>
        <w:left w:color="f79646" w:space="0" w:sz="4" w:themeColor="accent6" w:val="single"/>
        <w:bottom w:color="f79646" w:space="0" w:sz="4" w:themeColor="accent6" w:val="single"/>
        <w:right w:color="f79646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ef4ec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bacc6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b65608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b65608" w:space="0" w:sz="4" w:themeColor="accent6" w:themeShade="000099" w:val="single"/>
          <w:insideV w:space="0" w:sz="0" w:val="nil"/>
        </w:tcBorders>
        <w:shd w:color="auto" w:fill="b65608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65608" w:themeFill="accent6" w:themeFillShade="000099" w:val="clear"/>
      </w:tcPr>
    </w:tblStylePr>
    <w:tblStylePr w:type="band1Vert">
      <w:tblPr/>
      <w:tcPr>
        <w:shd w:color="auto" w:fill="fbd4b4" w:themeFill="accent6" w:themeFillTint="000066" w:val="clear"/>
      </w:tcPr>
    </w:tblStylePr>
    <w:tblStylePr w:type="band1Horz">
      <w:tblPr/>
      <w:tcPr>
        <w:shd w:color="auto" w:fill="fbcaa2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2f8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3dfee" w:themeFill="accent1" w:themeFillTint="00003F" w:val="clear"/>
      </w:tcPr>
    </w:tblStylePr>
    <w:tblStylePr w:type="band1Horz">
      <w:tblPr/>
      <w:tcPr>
        <w:shd w:color="auto" w:fill="dbe5f1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8eded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9e3a38" w:themeFill="accent2" w:themeFillShade="0000CC" w:val="clear"/>
      </w:tcPr>
    </w:tblStylePr>
    <w:tblStylePr w:type="lastRow">
      <w:rPr>
        <w:b w:val="1"/>
        <w:bCs w:val="1"/>
        <w:color w:val="9e3a38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fd3d2" w:themeFill="accent2" w:themeFillTint="00003F" w:val="clear"/>
      </w:tcPr>
    </w:tblStylePr>
    <w:tblStylePr w:type="band1Horz">
      <w:tblPr/>
      <w:tcPr>
        <w:shd w:color="auto" w:fill="f2dbdb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5f8ee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64e82" w:themeFill="accent4" w:themeFillShade="0000CC" w:val="clear"/>
      </w:tcPr>
    </w:tblStylePr>
    <w:tblStylePr w:type="lastRow">
      <w:rPr>
        <w:b w:val="1"/>
        <w:bCs w:val="1"/>
        <w:color w:val="664e82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6eed5" w:themeFill="accent3" w:themeFillTint="00003F" w:val="clear"/>
      </w:tcPr>
    </w:tblStylePr>
    <w:tblStylePr w:type="band1Horz">
      <w:tblPr/>
      <w:tcPr>
        <w:shd w:color="auto" w:fill="eaf1dd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2eff6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7e9c40" w:themeFill="accent3" w:themeFillShade="0000CC" w:val="clear"/>
      </w:tcPr>
    </w:tblStylePr>
    <w:tblStylePr w:type="lastRow">
      <w:rPr>
        <w:b w:val="1"/>
        <w:bCs w:val="1"/>
        <w:color w:val="7e9c4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fd8e8" w:themeFill="accent4" w:themeFillTint="00003F" w:val="clear"/>
      </w:tcPr>
    </w:tblStylePr>
    <w:tblStylePr w:type="band1Horz">
      <w:tblPr/>
      <w:tcPr>
        <w:shd w:color="auto" w:fill="e5dfec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df6f9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f2730a" w:themeFill="accent6" w:themeFillShade="0000CC" w:val="clear"/>
      </w:tcPr>
    </w:tblStylePr>
    <w:tblStylePr w:type="lastRow">
      <w:rPr>
        <w:b w:val="1"/>
        <w:bCs w:val="1"/>
        <w:color w:val="f2730a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eaf1" w:themeFill="accent5" w:themeFillTint="00003F" w:val="clear"/>
      </w:tcPr>
    </w:tblStylePr>
    <w:tblStylePr w:type="band1Horz">
      <w:tblPr/>
      <w:tcPr>
        <w:shd w:color="auto" w:fill="daeef3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ef4ec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8da5" w:themeFill="accent5" w:themeFillShade="0000CC" w:val="clear"/>
      </w:tcPr>
    </w:tblStylePr>
    <w:tblStylePr w:type="lastRow">
      <w:rPr>
        <w:b w:val="1"/>
        <w:bCs w:val="1"/>
        <w:color w:val="348da5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de4d0" w:themeFill="accent6" w:themeFillTint="00003F" w:val="clear"/>
      </w:tcPr>
    </w:tblStylePr>
    <w:tblStylePr w:type="band1Horz">
      <w:tblPr/>
      <w:tcPr>
        <w:shd w:color="auto" w:fill="fde9d9" w:themeFill="accent6" w:themeFillTint="000033" w:val="clear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e5f1" w:themeFill="accent1" w:themeFillTint="000033" w:val="clear"/>
    </w:tcPr>
    <w:tblStylePr w:type="firstRow">
      <w:rPr>
        <w:b w:val="1"/>
        <w:bCs w:val="1"/>
      </w:rPr>
      <w:tblPr/>
      <w:tcPr>
        <w:shd w:color="auto" w:fill="b8cce4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8cce4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365f91" w:themeFill="accent1" w:themeFillShade="0000BF" w:val="clear"/>
      </w:tcPr>
    </w:tblStylePr>
    <w:tblStylePr w:type="band1Vert">
      <w:tblPr/>
      <w:tcPr>
        <w:shd w:color="auto" w:fill="a7bfde" w:themeFill="accent1" w:themeFillTint="00007F" w:val="clear"/>
      </w:tcPr>
    </w:tblStylePr>
    <w:tblStylePr w:type="band1Horz">
      <w:tblPr/>
      <w:tcPr>
        <w:shd w:color="auto" w:fill="a7bfde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2dbdb" w:themeFill="accent2" w:themeFillTint="000033" w:val="clear"/>
    </w:tcPr>
    <w:tblStylePr w:type="firstRow">
      <w:rPr>
        <w:b w:val="1"/>
        <w:bCs w:val="1"/>
      </w:rPr>
      <w:tblPr/>
      <w:tcPr>
        <w:shd w:color="auto" w:fill="e5b8b7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e5b8b7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943634" w:themeFill="accent2" w:themeFillShade="0000BF" w:val="clear"/>
      </w:tcPr>
    </w:tblStylePr>
    <w:tblStylePr w:type="band1Vert">
      <w:tblPr/>
      <w:tcPr>
        <w:shd w:color="auto" w:fill="dfa7a6" w:themeFill="accent2" w:themeFillTint="00007F" w:val="clear"/>
      </w:tcPr>
    </w:tblStylePr>
    <w:tblStylePr w:type="band1Horz">
      <w:tblPr/>
      <w:tcPr>
        <w:shd w:color="auto" w:fill="dfa7a6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af1dd" w:themeFill="accent3" w:themeFillTint="000033" w:val="clear"/>
    </w:tcPr>
    <w:tblStylePr w:type="firstRow">
      <w:rPr>
        <w:b w:val="1"/>
        <w:bCs w:val="1"/>
      </w:rPr>
      <w:tblPr/>
      <w:tcPr>
        <w:shd w:color="auto" w:fill="d6e3bc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6e3bc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76923c" w:themeFill="accent3" w:themeFillShade="0000BF" w:val="clear"/>
      </w:tcPr>
    </w:tblStylePr>
    <w:tblStylePr w:type="band1Vert">
      <w:tblPr/>
      <w:tcPr>
        <w:shd w:color="auto" w:fill="cdddac" w:themeFill="accent3" w:themeFillTint="00007F" w:val="clear"/>
      </w:tcPr>
    </w:tblStylePr>
    <w:tblStylePr w:type="band1Horz">
      <w:tblPr/>
      <w:tcPr>
        <w:shd w:color="auto" w:fill="cdddac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5dfec" w:themeFill="accent4" w:themeFillTint="000033" w:val="clear"/>
    </w:tcPr>
    <w:tblStylePr w:type="firstRow">
      <w:rPr>
        <w:b w:val="1"/>
        <w:bCs w:val="1"/>
      </w:rPr>
      <w:tblPr/>
      <w:tcPr>
        <w:shd w:color="auto" w:fill="ccc0d9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ccc0d9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5f497a" w:themeFill="accent4" w:themeFillShade="0000BF" w:val="clear"/>
      </w:tcPr>
    </w:tblStylePr>
    <w:tblStylePr w:type="band1Vert">
      <w:tblPr/>
      <w:tcPr>
        <w:shd w:color="auto" w:fill="bfb1d0" w:themeFill="accent4" w:themeFillTint="00007F" w:val="clear"/>
      </w:tcPr>
    </w:tblStylePr>
    <w:tblStylePr w:type="band1Horz">
      <w:tblPr/>
      <w:tcPr>
        <w:shd w:color="auto" w:fill="bfb1d0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aeef3" w:themeFill="accent5" w:themeFillTint="000033" w:val="clear"/>
    </w:tcPr>
    <w:tblStylePr w:type="firstRow">
      <w:rPr>
        <w:b w:val="1"/>
        <w:bCs w:val="1"/>
      </w:rPr>
      <w:tblPr/>
      <w:tcPr>
        <w:shd w:color="auto" w:fill="b6dde8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6dde8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31849b" w:themeFill="accent5" w:themeFillShade="0000BF" w:val="clear"/>
      </w:tcPr>
    </w:tblStylePr>
    <w:tblStylePr w:type="band1Vert">
      <w:tblPr/>
      <w:tcPr>
        <w:shd w:color="auto" w:fill="a5d5e2" w:themeFill="accent5" w:themeFillTint="00007F" w:val="clear"/>
      </w:tcPr>
    </w:tblStylePr>
    <w:tblStylePr w:type="band1Horz">
      <w:tblPr/>
      <w:tcPr>
        <w:shd w:color="auto" w:fill="a5d5e2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de9d9" w:themeFill="accent6" w:themeFillTint="000033" w:val="clear"/>
    </w:tcPr>
    <w:tblStylePr w:type="firstRow">
      <w:rPr>
        <w:b w:val="1"/>
        <w:bCs w:val="1"/>
      </w:rPr>
      <w:tblPr/>
      <w:tcPr>
        <w:shd w:color="auto" w:fill="fbd4b4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bd4b4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e36c0a" w:themeFill="accent6" w:themeFillShade="0000BF" w:val="clear"/>
      </w:tcPr>
    </w:tblStylePr>
    <w:tblStylePr w:type="band1Vert">
      <w:tblPr/>
      <w:tcPr>
        <w:shd w:color="auto" w:fill="fbcaa2" w:themeFill="accent6" w:themeFillTint="00007F" w:val="clear"/>
      </w:tcPr>
    </w:tblStylePr>
    <w:tblStylePr w:type="band1Horz">
      <w:tblPr/>
      <w:tcPr>
        <w:shd w:color="auto" w:fill="fbcaa2" w:themeFill="accent6" w:themeFillTint="00007F" w:val="clear"/>
      </w:tcPr>
    </w:tblStyle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2cb+VRX7o49KL4WlxnXhUTnoow==">CgMxLjA4AHIhMWZiSFUya3NXX0kwb3k1RHdBeUpUVUZqMVpPODFPSmd0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2025-10-03T01:29:00Z</dcterms:created>
  <dc:creator>python-docx</dc:creator>
</cp:coreProperties>
</file>